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7365D"/>
          <w:sz w:val="36"/>
        </w:rPr>
        <w:t>iSaral Gurukula</w:t>
      </w:r>
    </w:p>
    <w:p>
      <w:pPr>
        <w:jc w:val="center"/>
      </w:pPr>
      <w:r>
        <w:rPr>
          <w:b/>
          <w:color w:val="17365D"/>
          <w:sz w:val="48"/>
        </w:rPr>
        <w:t>TallyPrime Email Marketing Campaigns</w:t>
      </w:r>
    </w:p>
    <w:p>
      <w:pPr>
        <w:jc w:val="center"/>
      </w:pPr>
      <w:r>
        <w:rPr>
          <w:i/>
          <w:sz w:val="20"/>
        </w:rPr>
        <w:t>3 Ready-to-Send Conversion-Focused Mailers</w:t>
      </w:r>
    </w:p>
    <w:p>
      <w:pPr>
        <w:pStyle w:val="Heading1"/>
      </w:pPr>
      <w:r>
        <w:t>EMAIL 1 - BASIC TALLYPRIME</w:t>
      </w:r>
    </w:p>
    <w:p>
      <w:r>
        <w:rPr>
          <w:b/>
          <w:sz w:val="24"/>
        </w:rPr>
        <w:t>Subject: Start Your Practical TallyPrime Journey for Just ₹3,699</w:t>
      </w:r>
    </w:p>
    <w:p>
      <w:r>
        <w:t>Want to build practical accounting skills instead of only learning theory?</w:t>
      </w:r>
    </w:p>
    <w:p>
      <w:r>
        <w:t>Join the Basic TallyPrime Course at iSaral Gurukula - a 1-month practical program built around 12 sessions and 18 hours of hands-on learning.</w:t>
      </w:r>
    </w:p>
    <w:p>
      <w:r>
        <w:rPr>
          <w:b/>
          <w:color w:val="17365D"/>
        </w:rPr>
        <w:t>YOU WILL LEARN</w:t>
      </w:r>
    </w:p>
    <w:p>
      <w:r>
        <w:t>Accounting fundamentals • Company creation • Groups &amp; Ledgers • Voucher Entry • Banking • Inventory • GST Basics • Trial Balance • P&amp;L • Balance Sheet • Outstanding Reports • Practical Business Project</w:t>
      </w:r>
    </w:p>
    <w:p>
      <w:r>
        <w:t>1 Month | 1.5 Hours/Class | Alternate Days</w:t>
      </w:r>
    </w:p>
    <w:p>
      <w:r>
        <w:rPr>
          <w:b/>
          <w:color w:val="17365D"/>
        </w:rPr>
        <w:t>COURSE FEE: ₹3,699</w:t>
      </w:r>
    </w:p>
    <w:p>
      <w:r>
        <w:rPr>
          <w:b/>
          <w:color w:val="17365D"/>
        </w:rPr>
        <w:t>FREE BONUS: HRMS / Payroll Course Included</w:t>
      </w:r>
    </w:p>
    <w:p>
      <w:r>
        <w:t>Ideal for beginners, students, office staff, business owners and aspiring accounting professionals.</w:t>
      </w:r>
    </w:p>
    <w:p>
      <w:r>
        <w:t>ENROL NOW | +91 91080 24198 | info@isaral.in | isaral.in</w:t>
      </w:r>
    </w:p>
    <w:p>
      <w:r>
        <w:rPr>
          <w:i/>
          <w:sz w:val="16"/>
        </w:rPr>
        <w:t>This course is provided by iSaral Gurukula, an initiative of iSaral Business Solutions Pvt. Ltd.—a trusted Tally Dealer Partner for over 15 years. Visit us at https://isaral.in/</w:t>
      </w:r>
    </w:p>
    <w:p>
      <w:r>
        <w:br w:type="page"/>
      </w:r>
    </w:p>
    <w:p>
      <w:pPr>
        <w:pStyle w:val="Heading1"/>
      </w:pPr>
      <w:r>
        <w:t>EMAIL 2 - ADVANCED TALLYPRIME</w:t>
      </w:r>
    </w:p>
    <w:p>
      <w:r>
        <w:rPr>
          <w:b/>
          <w:sz w:val="24"/>
        </w:rPr>
        <w:t>Subject: Go Beyond Basic TallyPrime - Build Professional-Level Skills</w:t>
      </w:r>
    </w:p>
    <w:p>
      <w:r>
        <w:t>If you already know basic TallyPrime, the next step is learning how businesses use advanced accounting, inventory, GST and management controls.</w:t>
      </w:r>
    </w:p>
    <w:p>
      <w:r>
        <w:rPr>
          <w:b/>
          <w:color w:val="17365D"/>
        </w:rPr>
        <w:t>ADVANCED MODULES</w:t>
      </w:r>
    </w:p>
    <w:p>
      <w:r>
        <w:t>Advanced configuration • Advanced inventory • Order processing • Advanced GST • ITC concepts • GST reconciliation • Banking reconciliation • Cost Centres • Budgets • Receivables/Payables • Credit Control • Security • Data Management • Professional Reports</w:t>
      </w:r>
    </w:p>
    <w:p>
      <w:r>
        <w:t>1 Month | 12 Sessions | 24 Hours | 2 Hours/Class | Alternate Days</w:t>
      </w:r>
    </w:p>
    <w:p>
      <w:r>
        <w:rPr>
          <w:b/>
          <w:color w:val="17365D"/>
        </w:rPr>
        <w:t>COURSE FEE: ₹14,499</w:t>
      </w:r>
    </w:p>
    <w:p>
      <w:r>
        <w:rPr>
          <w:b/>
          <w:color w:val="17365D"/>
        </w:rPr>
        <w:t>FREE BONUS: HRMS / Payroll Course Included</w:t>
      </w:r>
    </w:p>
    <w:p>
      <w:r>
        <w:t>Every class is designed around practical exercises and business-oriented workflows.</w:t>
      </w:r>
    </w:p>
    <w:p>
      <w:r>
        <w:t>UPGRADE YOUR SKILLS | +91 91080 24198 | info@isaral.in | isaral.in</w:t>
      </w:r>
    </w:p>
    <w:p>
      <w:r>
        <w:rPr>
          <w:i/>
          <w:sz w:val="16"/>
        </w:rPr>
        <w:t>This course is provided by iSaral Gurukula, an initiative of iSaral Business Solutions Pvt. Ltd.—a trusted Tally Dealer Partner for over 15 years. Visit us at https://isaral.in/</w:t>
      </w:r>
    </w:p>
    <w:p>
      <w:r>
        <w:br w:type="page"/>
      </w:r>
    </w:p>
    <w:p>
      <w:pPr>
        <w:pStyle w:val="Heading1"/>
      </w:pPr>
      <w:r>
        <w:t>EMAIL 3 - COMBO OFFER</w:t>
      </w:r>
    </w:p>
    <w:p>
      <w:r>
        <w:rPr>
          <w:b/>
          <w:sz w:val="24"/>
        </w:rPr>
        <w:t>Subject: Basic + Advanced TallyPrime: Save ₹1,899</w:t>
      </w:r>
    </w:p>
    <w:p>
      <w:r>
        <w:t>Why stop at the foundation when you can build a complete practical learning path?</w:t>
      </w:r>
    </w:p>
    <w:p>
      <w:r>
        <w:rPr>
          <w:b/>
          <w:color w:val="17365D"/>
        </w:rPr>
        <w:t>TALLYPRIME CAREER MASTERY PROGRAM</w:t>
      </w:r>
    </w:p>
    <w:p>
      <w:r>
        <w:t>Basic TallyPrime + Advanced TallyPrime + FREE HRMS / Payroll</w:t>
      </w:r>
    </w:p>
    <w:p>
      <w:r>
        <w:t>From accounting fundamentals, vouchers, inventory and GST to advanced GST, order processing, reconciliation, cost centres, budgets, security and management reporting.</w:t>
      </w:r>
    </w:p>
    <w:p>
      <w:r>
        <w:t>Duration: 2 Months | Sequential or parallel track subject to batch availability</w:t>
      </w:r>
    </w:p>
    <w:p>
      <w:r>
        <w:rPr>
          <w:b/>
          <w:color w:val="17365D"/>
        </w:rPr>
        <w:t>REGULAR COMBINED FEE: ₹18,198</w:t>
      </w:r>
    </w:p>
    <w:p>
      <w:r>
        <w:rPr>
          <w:b/>
          <w:color w:val="17365D"/>
        </w:rPr>
        <w:t>SPECIAL COMBO FEE: ₹16,299</w:t>
      </w:r>
    </w:p>
    <w:p>
      <w:r>
        <w:rPr>
          <w:b/>
          <w:color w:val="17365D"/>
        </w:rPr>
        <w:t>YOU SAVE ₹1,899</w:t>
      </w:r>
    </w:p>
    <w:p>
      <w:r>
        <w:t>Practical hands-on session in every class + integrated business projects.</w:t>
      </w:r>
    </w:p>
    <w:p>
      <w:r>
        <w:t>RESERVE YOUR SEAT | +91 91080 24198 | info@isaral.in | isaral.in</w:t>
      </w:r>
    </w:p>
    <w:p>
      <w:r>
        <w:rPr>
          <w:i/>
          <w:sz w:val="16"/>
        </w:rPr>
        <w:t>This course is provided by iSaral Gurukula, an initiative of iSaral Business Solutions Pvt. Ltd.—a trusted Tally Dealer Partner for over 15 years. Visit us at https://isaral.in/</w:t>
      </w:r>
    </w:p>
    <w:sectPr w:rsidR="00FC693F" w:rsidRPr="0006063C" w:rsidSect="00034616">
      <w:footerReference w:type="default" r:id="rId9"/>
      <w:pgSz w:w="12240" w:h="15840"/>
      <w:pgMar w:top="792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5A"/>
        <w:sz w:val="13"/>
      </w:rPr>
      <w:t>This course is provided by iSaral Gurukula, an initiative of iSaral Business Solutions Pvt. Ltd.—a trusted Tally Dealer Partner for over 15 years. Visit us at https://isaral.in/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7365D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F559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